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c>
          <w:tcPr>
            <w:tcW w:type="dxa" w:w="5156"/>
            <w:shd w:fill="17313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50"/>
              </w:rPr>
              <w:t>Mila</w:t>
              <w:br/>
              <w:t>Travel</w:t>
            </w:r>
          </w:p>
        </w:tc>
        <w:tc>
          <w:tcPr>
            <w:tcW w:type="dxa" w:w="5156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17313C"/>
                <w:sz w:val="30"/>
              </w:rPr>
              <w:t>PRIJAVNICA ZA STUDIJSKO PUTOVANJE</w:t>
            </w:r>
          </w:p>
          <w:p>
            <w:r>
              <w:rPr>
                <w:color w:val="D96552"/>
                <w:sz w:val="16"/>
              </w:rPr>
              <w:t>Málaga · Córdoba · Sevilla · Jerez de la Frontera · Cádiz · Torremolinos · Granada · Málaga</w:t>
            </w:r>
          </w:p>
        </w:tc>
      </w:tr>
    </w:tbl>
    <w:p>
      <w:pPr>
        <w:spacing w:before="240" w:after="280"/>
        <w:jc w:val="center"/>
      </w:pPr>
      <w:r>
        <w:rPr>
          <w:b/>
          <w:color w:val="D96552"/>
          <w:sz w:val="24"/>
        </w:rPr>
        <w:t>28. rujna – 4. listopada 2026.</w:t>
      </w:r>
    </w:p>
    <w:p>
      <w:pPr>
        <w:spacing w:before="140" w:after="120"/>
        <w:shd w:fill="17313C"/>
      </w:pPr>
      <w:r>
        <w:rPr>
          <w:b/>
          <w:color w:val="FFFFFF"/>
          <w:sz w:val="20"/>
        </w:rPr>
        <w:t>OSOBNI PODACI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IME I PREZIME</w:t>
            </w:r>
          </w:p>
        </w:tc>
      </w:tr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</w:tcPr>
          <w:p>
            <w:pPr>
              <w:spacing w:before="160" w:after="300"/>
            </w:pPr>
            <w:r>
              <w:rPr>
                <w:i/>
                <w:color w:val="A4ADAD"/>
                <w:sz w:val="18"/>
              </w:rPr>
              <w:t>Kliknite ovdje za unos ili ispunite rukom.</w:t>
            </w:r>
          </w:p>
        </w:tc>
      </w:tr>
    </w:tbl>
    <w:p>
      <w:pPr>
        <w:spacing w:after="2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F5EFE5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DATUM ROĐENJA</w:t>
              <w:br/>
              <w:br/>
              <w:t>Kliknite za unos</w:t>
            </w:r>
          </w:p>
        </w:tc>
        <w:tc>
          <w:tcPr>
            <w:tcW w:type="dxa" w:w="5156"/>
            <w:shd w:fill="F5EFE5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SPOL</w:t>
              <w:br/>
              <w:br/>
              <w:t>Kliknite za unos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BROJ PUTNE ISPRAVE I ROK VALJANOSTI</w:t>
            </w:r>
          </w:p>
        </w:tc>
      </w:tr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</w:tcPr>
          <w:p>
            <w:pPr>
              <w:spacing w:before="160" w:after="300"/>
            </w:pPr>
            <w:r>
              <w:rPr>
                <w:i/>
                <w:color w:val="A4ADAD"/>
                <w:sz w:val="18"/>
              </w:rPr>
              <w:t>Kliknite ovdje za unos ili ispunite rukom.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TELEFON / MOBITEL UČENIKA ILI UČENICE</w:t>
            </w:r>
          </w:p>
        </w:tc>
      </w:tr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</w:tcPr>
          <w:p>
            <w:pPr>
              <w:spacing w:before="160" w:after="300"/>
            </w:pPr>
            <w:r>
              <w:rPr>
                <w:i/>
                <w:color w:val="A4ADAD"/>
                <w:sz w:val="18"/>
              </w:rPr>
              <w:t>Kliknite ovdje za unos ili ispunite rukom.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E-MAIL ADRESA UČENIKA ILI UČENICE</w:t>
            </w:r>
          </w:p>
        </w:tc>
      </w:tr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</w:tcPr>
          <w:p>
            <w:pPr>
              <w:spacing w:before="160" w:after="300"/>
            </w:pPr>
            <w:r>
              <w:rPr>
                <w:i/>
                <w:color w:val="A4ADAD"/>
                <w:sz w:val="18"/>
              </w:rPr>
              <w:t>Kliknite ovdje za unos ili ispunite rukom.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MOBITEL I E-MAIL ADRESA RODITELJA / SKRBNIKA</w:t>
            </w:r>
          </w:p>
        </w:tc>
      </w:tr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</w:tcPr>
          <w:p>
            <w:pPr>
              <w:spacing w:before="160" w:after="300"/>
            </w:pPr>
            <w:r>
              <w:rPr>
                <w:i/>
                <w:color w:val="A4ADAD"/>
                <w:sz w:val="18"/>
              </w:rPr>
              <w:t>Kliknite ovdje za unos ili ispunite rukom.</w:t>
            </w:r>
          </w:p>
        </w:tc>
      </w:tr>
    </w:tbl>
    <w:p>
      <w:pPr>
        <w:spacing w:after="20"/>
      </w:pPr>
    </w:p>
    <w:p>
      <w:pPr>
        <w:spacing w:before="140" w:after="120"/>
        <w:shd w:fill="17313C"/>
      </w:pPr>
      <w:r>
        <w:rPr>
          <w:b/>
          <w:color w:val="FFFFFF"/>
          <w:sz w:val="20"/>
        </w:rPr>
        <w:t>POSEBNE NAPOMENE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PRILAGOĐENA PREHRANA, ZDRAVSTVENI PROBLEMI ILI DRUGE VAŽNE NAPOMENE</w:t>
            </w:r>
          </w:p>
        </w:tc>
      </w:tr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</w:tcPr>
          <w:p>
            <w:pPr>
              <w:spacing w:before="160" w:after="580"/>
            </w:pPr>
            <w:r>
              <w:rPr>
                <w:i/>
                <w:color w:val="A4ADAD"/>
                <w:sz w:val="18"/>
              </w:rPr>
              <w:t>Kliknite ovdje za unos ili ispunite rukom.</w:t>
            </w:r>
          </w:p>
        </w:tc>
      </w:tr>
    </w:tbl>
    <w:p>
      <w:pPr>
        <w:spacing w:after="20"/>
      </w:pPr>
    </w:p>
    <w:p>
      <w:pPr>
        <w:spacing w:before="140" w:after="120"/>
        <w:shd w:fill="17313C"/>
      </w:pPr>
      <w:r>
        <w:rPr>
          <w:b/>
          <w:color w:val="FFFFFF"/>
          <w:sz w:val="20"/>
        </w:rPr>
        <w:t>PODACI O ŠKOLI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  <w:shd w:fill="F5EFE5"/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ŠKOLA</w:t>
            </w:r>
          </w:p>
        </w:tc>
      </w:tr>
      <w:tr>
        <w:tc>
          <w:tcPr>
            <w:tcW w:type="dxa" w:w="10312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  <w:vAlign w:val="center"/>
          </w:tcPr>
          <w:p>
            <w:pPr>
              <w:spacing w:before="160" w:after="300"/>
            </w:pPr>
            <w:r>
              <w:rPr>
                <w:i/>
                <w:color w:val="A4ADAD"/>
                <w:sz w:val="18"/>
              </w:rPr>
              <w:t>Kliknite ovdje za unos ili ispunite rukom.</w:t>
            </w:r>
          </w:p>
        </w:tc>
      </w:tr>
    </w:tbl>
    <w:p>
      <w:pPr>
        <w:spacing w:after="2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F5EFE5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RAZRED</w:t>
              <w:br/>
              <w:br/>
              <w:t>Kliknite za unos</w:t>
            </w:r>
          </w:p>
        </w:tc>
        <w:tc>
          <w:tcPr>
            <w:tcW w:type="dxa" w:w="5156"/>
            <w:shd w:fill="F5EFE5"/>
            <w:tcBorders>
              <w:top w:val="single" w:sz="6" w:color="D8D0C3"/>
              <w:left w:val="single" w:sz="6" w:color="D8D0C3"/>
              <w:bottom w:val="single" w:sz="6" w:color="D8D0C3"/>
              <w:right w:val="single" w:sz="6" w:color="D8D0C3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56666B"/>
                <w:sz w:val="16"/>
              </w:rPr>
              <w:t>RAZREDNIK/CA</w:t>
              <w:br/>
              <w:br/>
              <w:t>Kliknite za unos</w:t>
            </w:r>
          </w:p>
        </w:tc>
      </w:tr>
    </w:tbl>
    <w:p>
      <w:pPr>
        <w:spacing w:after="0"/>
      </w:pPr>
    </w:p>
    <w:p>
      <w:pPr>
        <w:spacing w:before="240" w:after="0"/>
      </w:pPr>
      <w:r>
        <w:rPr>
          <w:b/>
        </w:rPr>
        <w:t>U Zagrebu, ____________________ 2026. godine</w:t>
      </w:r>
      <w:r>
        <w:br/>
        <w:br/>
        <w:t>Potpis roditelja / skrbnika: __________________________________________</w:t>
      </w:r>
    </w:p>
    <w:sectPr w:rsidR="00FC693F" w:rsidRPr="0006063C" w:rsidSect="00034616">
      <w:footerReference w:type="default" r:id="rId9"/>
      <w:pgSz w:w="12240" w:h="15840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57277"/>
        <w:sz w:val="14"/>
      </w:rPr>
      <w:t>MILA TRAVEL, vl. Tihana Dominiković · Jarušćica 23, 10000 Zagreb · OIB: 48175312099</w:t>
      <w:br/>
      <w:t>IBAN: HR81 23400091160585050 · +385 99 343 5875 · tihanadominikovic11@gmail.com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